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3724A" w14:textId="4E21D425" w:rsidR="001C33DC" w:rsidRDefault="00000000">
      <w:pPr>
        <w:pStyle w:val="Heading1"/>
      </w:pPr>
      <w:r>
        <w:t>Essay Rubric</w:t>
      </w:r>
    </w:p>
    <w:p w14:paraId="2964A824" w14:textId="67002E5E" w:rsidR="00BE6605" w:rsidRDefault="00BE6605" w:rsidP="00BE6605">
      <w:r>
        <w:t xml:space="preserve">Essay topic: Write an essay that </w:t>
      </w:r>
      <w:r w:rsidR="00F95683">
        <w:t>informs the reader about</w:t>
      </w:r>
      <w:r w:rsidR="00C25F74">
        <w:t>:</w:t>
      </w:r>
    </w:p>
    <w:p w14:paraId="0CFFBD5E" w14:textId="7005B892" w:rsidR="00C25F74" w:rsidRDefault="00C25F74" w:rsidP="00C25F74">
      <w:pPr>
        <w:pStyle w:val="ListParagraph"/>
        <w:numPr>
          <w:ilvl w:val="0"/>
          <w:numId w:val="10"/>
        </w:numPr>
      </w:pPr>
      <w:r>
        <w:t>What is procrastination?</w:t>
      </w:r>
    </w:p>
    <w:p w14:paraId="26869FFE" w14:textId="42A29CED" w:rsidR="00C25F74" w:rsidRDefault="00C25F74" w:rsidP="00C25F74">
      <w:pPr>
        <w:pStyle w:val="ListParagraph"/>
        <w:numPr>
          <w:ilvl w:val="0"/>
          <w:numId w:val="10"/>
        </w:numPr>
      </w:pPr>
      <w:r>
        <w:t xml:space="preserve">What is </w:t>
      </w:r>
      <w:r w:rsidR="005F6262">
        <w:t>arsenic</w:t>
      </w:r>
      <w:r>
        <w:t>?</w:t>
      </w:r>
    </w:p>
    <w:p w14:paraId="2C751986" w14:textId="4052AE6D" w:rsidR="00C25F74" w:rsidRDefault="005F6262" w:rsidP="00C25F74">
      <w:pPr>
        <w:pStyle w:val="ListParagraph"/>
        <w:numPr>
          <w:ilvl w:val="0"/>
          <w:numId w:val="10"/>
        </w:numPr>
      </w:pPr>
      <w:r>
        <w:t>How are the 2 subjects related?</w:t>
      </w:r>
    </w:p>
    <w:p w14:paraId="6CE7882B" w14:textId="429D97E1" w:rsidR="005F6262" w:rsidRDefault="003512E1" w:rsidP="00C25F74">
      <w:pPr>
        <w:pStyle w:val="ListParagraph"/>
        <w:numPr>
          <w:ilvl w:val="0"/>
          <w:numId w:val="10"/>
        </w:numPr>
      </w:pPr>
      <w:r>
        <w:t>What causes procrastination?</w:t>
      </w:r>
    </w:p>
    <w:p w14:paraId="32D87A97" w14:textId="54BF349A" w:rsidR="003512E1" w:rsidRDefault="00EE7E97" w:rsidP="00C25F74">
      <w:pPr>
        <w:pStyle w:val="ListParagraph"/>
        <w:numPr>
          <w:ilvl w:val="0"/>
          <w:numId w:val="10"/>
        </w:numPr>
      </w:pPr>
      <w:r>
        <w:t>How has procrastination affected your life?</w:t>
      </w:r>
    </w:p>
    <w:p w14:paraId="4651C98B" w14:textId="0E85EB26" w:rsidR="00EE7E97" w:rsidRDefault="00A04178" w:rsidP="00C25F74">
      <w:pPr>
        <w:pStyle w:val="ListParagraph"/>
        <w:numPr>
          <w:ilvl w:val="0"/>
          <w:numId w:val="10"/>
        </w:numPr>
      </w:pPr>
      <w:r>
        <w:t>What is the solution to procrastination?</w:t>
      </w:r>
    </w:p>
    <w:p w14:paraId="179E0874" w14:textId="33467738" w:rsidR="00293AA7" w:rsidRDefault="00000000" w:rsidP="00293AA7">
      <w:r>
        <w:t xml:space="preserve">Essay length: </w:t>
      </w:r>
      <w:r w:rsidR="00293AA7">
        <w:t xml:space="preserve">200 - </w:t>
      </w:r>
      <w:r>
        <w:t>250 words</w:t>
      </w:r>
      <w:r w:rsidR="006C3F81">
        <w:t xml:space="preserve"> </w:t>
      </w:r>
    </w:p>
    <w:tbl>
      <w:tblPr>
        <w:tblStyle w:val="GridTable5Dark-Accent1"/>
        <w:tblpPr w:leftFromText="180" w:rightFromText="180" w:vertAnchor="text" w:horzAnchor="margin" w:tblpXSpec="center" w:tblpY="163"/>
        <w:tblW w:w="10620" w:type="dxa"/>
        <w:tblLook w:val="04A0" w:firstRow="1" w:lastRow="0" w:firstColumn="1" w:lastColumn="0" w:noHBand="0" w:noVBand="1"/>
      </w:tblPr>
      <w:tblGrid>
        <w:gridCol w:w="1710"/>
        <w:gridCol w:w="2538"/>
        <w:gridCol w:w="1728"/>
        <w:gridCol w:w="2034"/>
        <w:gridCol w:w="2610"/>
      </w:tblGrid>
      <w:tr w:rsidR="003224CE" w14:paraId="02973738" w14:textId="77777777" w:rsidTr="00322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3F6C8A68" w14:textId="77777777" w:rsidR="003224CE" w:rsidRDefault="003224CE" w:rsidP="003224CE">
            <w:r>
              <w:t>Criteria</w:t>
            </w:r>
          </w:p>
        </w:tc>
        <w:tc>
          <w:tcPr>
            <w:tcW w:w="2538" w:type="dxa"/>
          </w:tcPr>
          <w:p w14:paraId="42069B83" w14:textId="77777777" w:rsidR="003224CE" w:rsidRDefault="003224CE" w:rsidP="003224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Excellent (4)</w:t>
            </w:r>
          </w:p>
        </w:tc>
        <w:tc>
          <w:tcPr>
            <w:tcW w:w="1728" w:type="dxa"/>
          </w:tcPr>
          <w:p w14:paraId="1288C15E" w14:textId="77777777" w:rsidR="003224CE" w:rsidRDefault="003224CE" w:rsidP="003224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Good (3)</w:t>
            </w:r>
          </w:p>
        </w:tc>
        <w:tc>
          <w:tcPr>
            <w:tcW w:w="2034" w:type="dxa"/>
          </w:tcPr>
          <w:p w14:paraId="236EDF49" w14:textId="77777777" w:rsidR="003224CE" w:rsidRDefault="003224CE" w:rsidP="003224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Fair (2)</w:t>
            </w:r>
          </w:p>
        </w:tc>
        <w:tc>
          <w:tcPr>
            <w:tcW w:w="2610" w:type="dxa"/>
          </w:tcPr>
          <w:p w14:paraId="6F78A678" w14:textId="77777777" w:rsidR="003224CE" w:rsidRDefault="003224CE" w:rsidP="003224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Needs Improvement (1)</w:t>
            </w:r>
          </w:p>
        </w:tc>
      </w:tr>
      <w:tr w:rsidR="003224CE" w14:paraId="43A7984C" w14:textId="77777777" w:rsidTr="00322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7E2E08ED" w14:textId="77777777" w:rsidR="003224CE" w:rsidRDefault="003224CE" w:rsidP="003224CE">
            <w:r>
              <w:t>Content &amp; Ideas</w:t>
            </w:r>
          </w:p>
        </w:tc>
        <w:tc>
          <w:tcPr>
            <w:tcW w:w="2538" w:type="dxa"/>
          </w:tcPr>
          <w:p w14:paraId="47196509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Clearly addresses questions with relevant ideas and examples</w:t>
            </w:r>
          </w:p>
        </w:tc>
        <w:tc>
          <w:tcPr>
            <w:tcW w:w="1728" w:type="dxa"/>
          </w:tcPr>
          <w:p w14:paraId="3445DB45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Explains the topic clearly with some examples</w:t>
            </w:r>
          </w:p>
        </w:tc>
        <w:tc>
          <w:tcPr>
            <w:tcW w:w="2034" w:type="dxa"/>
          </w:tcPr>
          <w:p w14:paraId="76F9A71A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Ideas are basic or unclear; few examples</w:t>
            </w:r>
          </w:p>
        </w:tc>
        <w:tc>
          <w:tcPr>
            <w:tcW w:w="2610" w:type="dxa"/>
          </w:tcPr>
          <w:p w14:paraId="628C83C2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Ideas are confusing or off topic</w:t>
            </w:r>
          </w:p>
        </w:tc>
      </w:tr>
      <w:tr w:rsidR="003224CE" w14:paraId="45A7D667" w14:textId="77777777" w:rsidTr="003224CE">
        <w:trPr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0F8A67E4" w14:textId="77777777" w:rsidR="003224CE" w:rsidRDefault="003224CE" w:rsidP="003224CE">
            <w:r>
              <w:t>Organization</w:t>
            </w:r>
          </w:p>
        </w:tc>
        <w:tc>
          <w:tcPr>
            <w:tcW w:w="2538" w:type="dxa"/>
          </w:tcPr>
          <w:p w14:paraId="4BC045DB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Clear introduction, body, and conclusion; ideas flow well and are connected</w:t>
            </w:r>
          </w:p>
        </w:tc>
        <w:tc>
          <w:tcPr>
            <w:tcW w:w="1728" w:type="dxa"/>
          </w:tcPr>
          <w:p w14:paraId="2A44CCF5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Mostly clear structure; minor problems</w:t>
            </w:r>
          </w:p>
        </w:tc>
        <w:tc>
          <w:tcPr>
            <w:tcW w:w="2034" w:type="dxa"/>
          </w:tcPr>
          <w:p w14:paraId="2C77AA26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Weak organization; ideas jump</w:t>
            </w:r>
          </w:p>
        </w:tc>
        <w:tc>
          <w:tcPr>
            <w:tcW w:w="2610" w:type="dxa"/>
          </w:tcPr>
          <w:p w14:paraId="05C730CD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clear structure</w:t>
            </w:r>
          </w:p>
        </w:tc>
      </w:tr>
      <w:tr w:rsidR="003224CE" w14:paraId="0DB93B55" w14:textId="77777777" w:rsidTr="00322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52D91485" w14:textId="77777777" w:rsidR="003224CE" w:rsidRDefault="003224CE" w:rsidP="003224CE">
            <w:r>
              <w:t>Grammar &amp; Sentence Structure</w:t>
            </w:r>
          </w:p>
        </w:tc>
        <w:tc>
          <w:tcPr>
            <w:tcW w:w="2538" w:type="dxa"/>
          </w:tcPr>
          <w:p w14:paraId="6CF509C1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Few or no grammar errors; sentences are clear</w:t>
            </w:r>
          </w:p>
        </w:tc>
        <w:tc>
          <w:tcPr>
            <w:tcW w:w="1728" w:type="dxa"/>
          </w:tcPr>
          <w:p w14:paraId="0F843058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Some grammar errors, but meaning is clear</w:t>
            </w:r>
          </w:p>
        </w:tc>
        <w:tc>
          <w:tcPr>
            <w:tcW w:w="2034" w:type="dxa"/>
          </w:tcPr>
          <w:p w14:paraId="5D3F63ED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Many errors; meaning sometimes unclear</w:t>
            </w:r>
          </w:p>
        </w:tc>
        <w:tc>
          <w:tcPr>
            <w:tcW w:w="2610" w:type="dxa"/>
          </w:tcPr>
          <w:p w14:paraId="63E971A2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Errors make it hard to understand</w:t>
            </w:r>
          </w:p>
        </w:tc>
      </w:tr>
      <w:tr w:rsidR="003224CE" w14:paraId="41BDEAA4" w14:textId="77777777" w:rsidTr="003224CE">
        <w:trPr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1625D970" w14:textId="77777777" w:rsidR="003224CE" w:rsidRDefault="003224CE" w:rsidP="003224CE">
            <w:r>
              <w:t>Vocabulary</w:t>
            </w:r>
          </w:p>
        </w:tc>
        <w:tc>
          <w:tcPr>
            <w:tcW w:w="2538" w:type="dxa"/>
          </w:tcPr>
          <w:p w14:paraId="451361F2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Uses varied and correct vocabulary related to the topic</w:t>
            </w:r>
          </w:p>
        </w:tc>
        <w:tc>
          <w:tcPr>
            <w:tcW w:w="1728" w:type="dxa"/>
          </w:tcPr>
          <w:p w14:paraId="13A16CF7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Uses correct but simple vocabulary</w:t>
            </w:r>
          </w:p>
        </w:tc>
        <w:tc>
          <w:tcPr>
            <w:tcW w:w="2034" w:type="dxa"/>
          </w:tcPr>
          <w:p w14:paraId="32DDF05C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Limited vocabulary; repetition</w:t>
            </w:r>
          </w:p>
        </w:tc>
        <w:tc>
          <w:tcPr>
            <w:tcW w:w="2610" w:type="dxa"/>
          </w:tcPr>
          <w:p w14:paraId="075ACED8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Very limited or incorrect vocabulary</w:t>
            </w:r>
          </w:p>
        </w:tc>
      </w:tr>
      <w:tr w:rsidR="003224CE" w14:paraId="0B7B3450" w14:textId="77777777" w:rsidTr="00322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2DDF7BEE" w14:textId="77777777" w:rsidR="003224CE" w:rsidRDefault="003224CE" w:rsidP="003224CE">
            <w:r>
              <w:t>Use of Tenses</w:t>
            </w:r>
          </w:p>
        </w:tc>
        <w:tc>
          <w:tcPr>
            <w:tcW w:w="2538" w:type="dxa"/>
          </w:tcPr>
          <w:p w14:paraId="71A237F1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Tenses are used correctly and consistently</w:t>
            </w:r>
          </w:p>
        </w:tc>
        <w:tc>
          <w:tcPr>
            <w:tcW w:w="1728" w:type="dxa"/>
          </w:tcPr>
          <w:p w14:paraId="77491AA0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Minor tense mistakes</w:t>
            </w:r>
          </w:p>
        </w:tc>
        <w:tc>
          <w:tcPr>
            <w:tcW w:w="2034" w:type="dxa"/>
          </w:tcPr>
          <w:p w14:paraId="4A8F528D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Frequent tense mistakes</w:t>
            </w:r>
          </w:p>
        </w:tc>
        <w:tc>
          <w:tcPr>
            <w:tcW w:w="2610" w:type="dxa"/>
          </w:tcPr>
          <w:p w14:paraId="775ED0BF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Tense use is mostly incorrect</w:t>
            </w:r>
          </w:p>
        </w:tc>
      </w:tr>
      <w:tr w:rsidR="003224CE" w14:paraId="49E02D89" w14:textId="77777777" w:rsidTr="003224CE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10929D88" w14:textId="77777777" w:rsidR="003224CE" w:rsidRDefault="003224CE" w:rsidP="003224CE">
            <w:r>
              <w:t>Spelling &amp; Punctuation</w:t>
            </w:r>
          </w:p>
        </w:tc>
        <w:tc>
          <w:tcPr>
            <w:tcW w:w="2538" w:type="dxa"/>
          </w:tcPr>
          <w:p w14:paraId="63B23449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Very few or no mistakes</w:t>
            </w:r>
          </w:p>
        </w:tc>
        <w:tc>
          <w:tcPr>
            <w:tcW w:w="1728" w:type="dxa"/>
          </w:tcPr>
          <w:p w14:paraId="468CB21B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Some minor mistakes</w:t>
            </w:r>
          </w:p>
        </w:tc>
        <w:tc>
          <w:tcPr>
            <w:tcW w:w="2034" w:type="dxa"/>
          </w:tcPr>
          <w:p w14:paraId="1E998AA1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Many mistakes</w:t>
            </w:r>
          </w:p>
        </w:tc>
        <w:tc>
          <w:tcPr>
            <w:tcW w:w="2610" w:type="dxa"/>
          </w:tcPr>
          <w:p w14:paraId="03680DA5" w14:textId="77777777" w:rsidR="003224CE" w:rsidRDefault="003224CE" w:rsidP="00322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Errors make reading difficult</w:t>
            </w:r>
          </w:p>
        </w:tc>
      </w:tr>
      <w:tr w:rsidR="003224CE" w14:paraId="6A5FEE89" w14:textId="77777777" w:rsidTr="00322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383FBC42" w14:textId="77777777" w:rsidR="003224CE" w:rsidRDefault="003224CE" w:rsidP="003224CE">
            <w:r>
              <w:t>Task Completion</w:t>
            </w:r>
          </w:p>
        </w:tc>
        <w:tc>
          <w:tcPr>
            <w:tcW w:w="2538" w:type="dxa"/>
          </w:tcPr>
          <w:p w14:paraId="00260181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Fully answers the essay questions</w:t>
            </w:r>
          </w:p>
        </w:tc>
        <w:tc>
          <w:tcPr>
            <w:tcW w:w="1728" w:type="dxa"/>
          </w:tcPr>
          <w:p w14:paraId="4D1456F4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Mostly answers the question</w:t>
            </w:r>
          </w:p>
        </w:tc>
        <w:tc>
          <w:tcPr>
            <w:tcW w:w="2034" w:type="dxa"/>
          </w:tcPr>
          <w:p w14:paraId="2058A51D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Partially answers the question</w:t>
            </w:r>
          </w:p>
        </w:tc>
        <w:tc>
          <w:tcPr>
            <w:tcW w:w="2610" w:type="dxa"/>
          </w:tcPr>
          <w:p w14:paraId="03C2FC91" w14:textId="77777777" w:rsidR="003224CE" w:rsidRDefault="003224CE" w:rsidP="00322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Does not answer the question</w:t>
            </w:r>
          </w:p>
        </w:tc>
      </w:tr>
    </w:tbl>
    <w:p w14:paraId="51C12836" w14:textId="77777777" w:rsidR="00EA18CA" w:rsidRDefault="00EA18CA" w:rsidP="00EA18CA">
      <w:pPr>
        <w:pStyle w:val="Heading2"/>
      </w:pPr>
      <w:r>
        <w:t>Scoring Guide</w:t>
      </w:r>
    </w:p>
    <w:p w14:paraId="7A3070D6" w14:textId="2E898C24" w:rsidR="00EA18CA" w:rsidRDefault="00EA18CA" w:rsidP="00293AA7">
      <w:pPr>
        <w:spacing w:after="0"/>
      </w:pPr>
      <w:r>
        <w:t>24–28 → Excellent</w:t>
      </w:r>
    </w:p>
    <w:p w14:paraId="2F65BE0D" w14:textId="1DB2414F" w:rsidR="00EA18CA" w:rsidRDefault="00A452F0" w:rsidP="00293AA7">
      <w:pPr>
        <w:spacing w:after="0"/>
      </w:pPr>
      <w:r>
        <w:t>20</w:t>
      </w:r>
      <w:r w:rsidR="00EA18CA">
        <w:t>–2</w:t>
      </w:r>
      <w:r>
        <w:t>3</w:t>
      </w:r>
      <w:r w:rsidR="00EA18CA">
        <w:t xml:space="preserve"> → Good</w:t>
      </w:r>
    </w:p>
    <w:p w14:paraId="6D38B962" w14:textId="219F4ACC" w:rsidR="00EA18CA" w:rsidRDefault="00EA18CA" w:rsidP="00293AA7">
      <w:pPr>
        <w:spacing w:after="0"/>
      </w:pPr>
      <w:r>
        <w:t>1</w:t>
      </w:r>
      <w:r w:rsidR="00A452F0">
        <w:t>5</w:t>
      </w:r>
      <w:r>
        <w:t>–1</w:t>
      </w:r>
      <w:r w:rsidR="00A452F0">
        <w:t>9</w:t>
      </w:r>
      <w:r>
        <w:t xml:space="preserve"> → Fair</w:t>
      </w:r>
    </w:p>
    <w:p w14:paraId="5DBA5E51" w14:textId="063A03AC" w:rsidR="00EA18CA" w:rsidRDefault="00EA18CA" w:rsidP="00293AA7">
      <w:pPr>
        <w:spacing w:after="0"/>
      </w:pPr>
      <w:r>
        <w:t>Below 1</w:t>
      </w:r>
      <w:r w:rsidR="00A452F0">
        <w:t>5</w:t>
      </w:r>
      <w:r>
        <w:t xml:space="preserve"> → Needs Improvement</w:t>
      </w:r>
    </w:p>
    <w:p w14:paraId="32A94DDD" w14:textId="7AAB9168" w:rsidR="001C33DC" w:rsidRDefault="001C33DC"/>
    <w:sectPr w:rsidR="001C33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8A7C74"/>
    <w:multiLevelType w:val="hybridMultilevel"/>
    <w:tmpl w:val="BF7EBD2E"/>
    <w:lvl w:ilvl="0" w:tplc="9AB6CF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144237">
    <w:abstractNumId w:val="8"/>
  </w:num>
  <w:num w:numId="2" w16cid:durableId="2142577269">
    <w:abstractNumId w:val="6"/>
  </w:num>
  <w:num w:numId="3" w16cid:durableId="305479098">
    <w:abstractNumId w:val="5"/>
  </w:num>
  <w:num w:numId="4" w16cid:durableId="1672561571">
    <w:abstractNumId w:val="4"/>
  </w:num>
  <w:num w:numId="5" w16cid:durableId="2141872775">
    <w:abstractNumId w:val="7"/>
  </w:num>
  <w:num w:numId="6" w16cid:durableId="670989376">
    <w:abstractNumId w:val="3"/>
  </w:num>
  <w:num w:numId="7" w16cid:durableId="350227289">
    <w:abstractNumId w:val="2"/>
  </w:num>
  <w:num w:numId="8" w16cid:durableId="1922450890">
    <w:abstractNumId w:val="1"/>
  </w:num>
  <w:num w:numId="9" w16cid:durableId="1340503884">
    <w:abstractNumId w:val="0"/>
  </w:num>
  <w:num w:numId="10" w16cid:durableId="18666713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B49"/>
    <w:rsid w:val="0015074B"/>
    <w:rsid w:val="001C33DC"/>
    <w:rsid w:val="00293AA7"/>
    <w:rsid w:val="0029639D"/>
    <w:rsid w:val="003224CE"/>
    <w:rsid w:val="00326F90"/>
    <w:rsid w:val="003512E1"/>
    <w:rsid w:val="003F5FF9"/>
    <w:rsid w:val="004D15FD"/>
    <w:rsid w:val="004E0B89"/>
    <w:rsid w:val="005531A6"/>
    <w:rsid w:val="00573248"/>
    <w:rsid w:val="005F6262"/>
    <w:rsid w:val="006C3F81"/>
    <w:rsid w:val="007E1403"/>
    <w:rsid w:val="00A04178"/>
    <w:rsid w:val="00A23787"/>
    <w:rsid w:val="00A452F0"/>
    <w:rsid w:val="00AA1D8D"/>
    <w:rsid w:val="00AB255A"/>
    <w:rsid w:val="00B47730"/>
    <w:rsid w:val="00BE397C"/>
    <w:rsid w:val="00BE6605"/>
    <w:rsid w:val="00C25F74"/>
    <w:rsid w:val="00CB0664"/>
    <w:rsid w:val="00EA18CA"/>
    <w:rsid w:val="00EE7E97"/>
    <w:rsid w:val="00F956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60EA0B"/>
  <w14:defaultImageDpi w14:val="300"/>
  <w15:docId w15:val="{8E43811B-1808-4A89-B57E-9BAFE802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5Dark-Accent1">
    <w:name w:val="Grid Table 5 Dark Accent 1"/>
    <w:basedOn w:val="TableNormal"/>
    <w:uiPriority w:val="50"/>
    <w:rsid w:val="00AB25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Ziyad Miloud</cp:lastModifiedBy>
  <cp:revision>7</cp:revision>
  <dcterms:created xsi:type="dcterms:W3CDTF">2013-12-23T23:15:00Z</dcterms:created>
  <dcterms:modified xsi:type="dcterms:W3CDTF">2026-01-13T21:30:00Z</dcterms:modified>
  <cp:category/>
</cp:coreProperties>
</file>